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הערכה חלופית בעידן ה-AI: מתוצר לתהליך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הערכה חלופית בעידן ה-AI – מתוצר לתהליך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עקרונות ההערכה המתמקדת בתהליך ולא רק בתוצר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את שלבי המשימה: שלבים, תיעוד, משוב ותיקון, רפלקציה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סולם AIAS וכלים נוספים ליישום בכיתה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הבנת העקרונות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התהליך שהתלמיד עובר ולא רק התוצר הסופי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יומן תהליך, טיוטות ושיחות עם AI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לבקש מהתלמיד להסביר את הבחירות שלו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בעידן ה-AI התהליך חשוב לא פחות מהתוצר הסופי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כך נכתב באתר על שלב המשוב והתיקון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המילה החסרה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נקודת עצירה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יומן תהליך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בין המושג להסבר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(חלוקת המשימה לשלבים עם נקודות עצירה)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(יומן תהליך, טיוטות ושיחות עם AI)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(שיפור באמצע הדרך שנחשב חלק מהציון)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(שיחה קצרה שבה התלמיד מסביר את בחירותיו)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כתיבה ורפלקציה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כי קשה לדעת כמה מהתוצר נוצר בעזרת AI; התהליך מראה את ההבנה האמיתית של התלמיד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יישום בכיתה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שאלה פתוחה המזמינה הסבר על תהליך או בחירה, עם נימוק קצר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התייחסות לתהליך מול תוצר סופי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הבנה שהבדיקה באמצע מונעת המשך בלי משוב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דוגמה הגיונית התואמת לרמות הסולם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להעביר את הדף כתרגול עצמי לפני בניית משימה חדשה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לדון בתשובות הפתוחות בקבוצות קטנות של מורים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ניתן להתאים את חלק ה'יישום בכיתה' לשכבת הגיל הספציפית שמלמדים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הערכה חלופית בעידן ה-AI: מתוצר לתהליך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הערכה חלופית בעידן ה-AI – מתוצר לתהליך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דף זה מיועד למורות ולמורים ועוסק בדרך לבנות משימות הערכה שבהן התהליך חשוב לא פחות מהתוצר הסופי, גם כשלכל תלמיד יש כלי בינה מלאכותית זמין.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נקודת עצירה  ·  יומן תהליך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הבנת העקרונות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מהו המוקד המרכזי של ההערכה החלופית המוצגת באתר?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ציון סופי בלבד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התהליך שהתלמיד עובר ולא רק התוצר הסופי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מניעת שימוש בבינה מלאכותית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מה כולל ה'תיעוד' שהתלמיד מתבקש להכין?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רק את התוצר הסופי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יומן תהליך, טיוטות ושיחות עם AI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ציון של המורה בלבד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3. מהי מטרת שיחת הרפלקציה בסוף המשימה?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לבדוק כמה זמן עבד התלמיד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לבקש מהתלמיד להסביר את הבחירות שלו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להעניק פרס לתלמיד המצטיין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התוצר הסופי מספר את כל הסיפור של למידת התלמיד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השיפור שהתלמיד עושה בעקבות משוב הוא חלק מהציון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השלימו את המילה החסרה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לא ממשיכים בלי __________ - בדיקה קצרה של המורה או של חבר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התלמיד מתעד את הדרך ב__________: מה שאל, מה קיבל, מה בדק ומה שינה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התאימו בין המושג להסבר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שלבים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יומן תהליך, טיוטות ושיחות עם AI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תיעוד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שיחה קצרה שבה התלמיד מסביר את בחירותיו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משוב ותיקון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חלוקת המשימה לשלבים עם נקודות עצירה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רפלקציה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שיפור באמצע הדרך שנחשב חלק מהציון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כתיבה ורפלקציה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הסבירו במילים שלכם מדוע תוצר סופי לבדו אינו מספיק כדי להעריך למידה בעידן ה-AI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יישום בכיתה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כתבו שאלת רפלקציה אחת שתשאלו תלמיד בסוף משימה, ונמקו מדוע היא מתאימה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מהו ההבדל בין הערכה על תוצר להערכה על תהליך?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 תפקיד נקודת העצירה במשימה?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הערכה חלופית בעידן ה-AI – מתוצר לתהליך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