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ההערכה המתמקדת בתהליך ולא רק בתוצר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המשימה: שלבים, תיעוד, משוב ותיקון, 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וכלים נוספים ליישום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התהליך שהתלמיד עובר ולא רק התוצר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לחלק את המשימה לשלבים עם בדיקה קצרה בכל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יומן תהליך, טיוטות ושיחות עם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לבקש מהתלמיד להסביר את הבחירות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חמש רמות שמגדירות כמה שימוש ב-AI מותר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יסודי א'-ו'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בעידן ה-AI התהליך חשוב לא פחות מהתוצר הסופי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באתר על שלב המשוב והתיקון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כדי לזהות שלבים קשים או ארוכים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הסולם משותף לכל שכבות הגיל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מוצג באתר תחת 'משותף לכל השכבות'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עצירה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פרומפטים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(חלוקת המשימה לשלבים עם נקודות עצירה)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(יומן תהליך, טיוטות ושיחות עם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(שיפור באמצע הדרך שנחשב חלק מהציון)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(שיחה קצרה שבה התלמיד מסביר את בחירותיו)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(סולם המגדיר רמות שימוש מותרות ב-AI)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(תבנית דיגיטלית שמלווה תלמידים במשימה)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קשה לדעת כמה מהתוצר נוצר בעזרת AI; התהליך מראה את ההבנה האמיתית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תכלול שלב מוגדר, מה נבדק בו ומי בודק (מורה או עמית)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פתוחה המזמינה הסבר על תהליך או בחירה, עם נימוק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לתהליך מול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שהבדיקה באמצע מונעת המשך בלי משוב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התואמת לרמות הסולם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להעביר את הדף כתרגול עצמי לפני בניית משימה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בתשובות הפתוחות בקבוצות קטנות של מורים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חלק ה'יישום בכיתה' לשכבת הגיל הספציפית שמלמדים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 – מתוצר לתהליך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הדף הזה עוזר למורים להבין איך לבדוק לא רק את העבודה המוגמרת של התלמיד, אלא גם איך הוא הגיע אליה.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לבדוק למידה שאינה מבוססת רק על ציון בסוף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עם חמש רמות שמגדיר כמה מותר להשתמש בבינה מלאכותית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רישום של התהליך - טיוטות, שאלות ל-AI ותשובות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 עצירה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קצרה באמצע המשימה לפני שממשיכים הלאה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ותיקון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באמצע הדרך ושיפור העבודה בעקבותיהן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והסבר של התלמיד על הבחירות שעשה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דיגיטלית שמלווה תלמיד לאורך המשימה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שוטפת של התלמיד על מה שעשה, שאל ושינה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מה שמים דגש בהערכה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ציון סופי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התהליך שהתלמיד עובר ולא רק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מניעת שימוש בבינה מלאכותית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בחינות מסכמות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'נקודת עצירה'?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לחלק את המשימה לשלבים עם בדיקה קצרה בכל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לתלמיד לעבוד לבד עד הסוף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לבטל את כל המשוב באמצע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התלמיד רושם לאורך העבודה?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תהליך, טיוטות ושיחות עם AI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ציון של המורה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שמות חברים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שואלים את התלמיד על הבחירות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כמה זמן עבד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לבקש מהתלמיד להסביר את הבחירות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להעניק פרס לתלמיד המצטיין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המשימה בלי משוב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רשימת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רמות שמגדירות כמה שימוש ב-AI מותר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בוט מלווה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ליצירת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למי מתאים המאגר עם הציורים?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על-יסודי י'-י"ב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 ז'-ט'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יסודי א'-ו'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השכבות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התוצר הסופי מספר את כל הסיפור של למידת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השיפור שהתלמיד עושה בעקבות משוב הוא חלק מהציון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הטיפ באתר, מומלץ שהמורה יבצע בעצמו את המשימה לפני שהיא מועברת לתלמידים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עוסק רק בכיתות היסוד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בוט מלווה הוא כלי שנועד לעזור לתלמידים במהלך המשימה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ממשיכים בלי __________ - בדיקה קצרה של המורה או של 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התלמיד מתעד את הדרך ב__________: מה שאל, מה קיבל, מה בדק ומה שינה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המשימה מתקיימת __________ ושיחה קצרה עם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סולם __________ מגדיר חמש רמות שימוש בבינה מלאכותית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ארגז הכלים באתר כולל 32 __________ לרגעים שונים ביום ההוראה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סולם המגדיר רמות שימוש מותרות ב-AI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תיעוד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שיפור באמצע הדרך שנחשב חלק מהציון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משוב ותיקון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תבנית דיגיטלית שמלווה תלמידים במשימה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רפלקציה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יומן תהליך, טיוטות ושיחות עם 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קצרה שבה התלמיד מסביר את בחירותיו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בוט מלווה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חלוקת המשימה לשלבים עם נקודות עצירה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תוצר סופי לבדו אינו מספיק כדי להעריך למידה בעידן ה-AI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שלב אחד של 'נקודת עצירה' למשימה בתחום ההוראה שלכם - מה תבדקו ואיך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שאלת רפלקציה אחת שתשאלו תלמיד בסוף משימה, ונמקו מדוע היא מתאימה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הערכה על תוצר להערכה על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נקודת העצירה במשימה?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בסולם AIAS בכיתה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 – מתוצר לתהליך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