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ההערכה המתמקדת בתהליך ולא רק בתוצר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המשימה: שלבים, תיעוד, משוב ותיקון, 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וכלים נוספים ליישום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התהליך שהתלמיד עובר ולא רק התוצר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לחלק את המשימה לשלבים עם בדיקה קצרה בכל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יומן תהליך, טיוטות ושיחות עם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לבקש מהתלמיד להסביר את הבחירות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חמש רמות שמגדירות כמה שימוש ב-AI מותר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יסודי א'-ו'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בעידן ה-AI התהליך חשוב לא פחות מהתוצר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באתר על שלב המשוב והתיקון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כדי לזהות שלבים קשים או ארוכים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הסולם משותף לכל שכבות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באתר תחת 'משותף לכל השכבות'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פרומפטים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(חלוקת המשימה לשלבים עם נקודות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(יומן תהליך, טיוטות ושיחות עם 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(שיפור באמצע הדרך שנחשב חלק מהציון)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(שיחה קצרה שבה התלמיד מסביר את בחירותיו)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(סולם המגדיר רמות שימוש מותרות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(תבנית דיגיטלית שמלווה תלמידים במשימה)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קשה לדעת כמה מהתוצר נוצר בעזרת AI; התהליך מראה את ההבנה האמיתית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שלב מוגדר, מה נבדק בו ומי בודק (מורה או עמית)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המזמינה הסבר על תהליך או בחירה,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לתהליך מול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שהבדיקה באמצע מונעת המשך בלי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התואמת לרמות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כתרגול עצמי לפני בניית משימה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בתשובות הפתוחות בקבוצות קטנות של 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חלק ה'יישום בכיתה' לשכבת הגיל הספציפית שמלמדים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מיועד למורות ולמורים ועוסק בדרך לבנות משימות הערכה שבהן התהליך חשוב לא פחות מהתוצר הסופי, גם כשלכל תלמיד יש כלי בינה מלאכותית זמין.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המוקד המרכזי של ההערכה החלופית המוצגת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ציון 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התהליך שהתלמיד עובר ולא רק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מניעת שימוש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בחינות מסכמות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'שלבים ונקודות עצירה'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לחלק את המשימה לשלבים עם בדיקה קצרה בכל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לתלמיד לעבוד לבד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כל המשוב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כולל ה'תיעוד' שהתלמיד מתבקש להכין?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תהליך, טיוטות ושיחות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של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שמות חברים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מטרת שיחת הרפלקציה בסוף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כמה זמן עבד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מהתלמיד להסביר את הבחירות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להעניק פרס לתלמיד המצטיין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המשימה בלי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סולם AIAS המוזכר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רמות שמגדירות כמה שימוש ב-AI מותר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ליצירת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שכבת גיל מיועד המאגר שמתמקד ב'בלשים' שמתבוננים ומתעדים בציור?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על-יסודי י'-י"ב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 ז'-ט'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יסודי א'-ו'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השכבות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התוצר הסופי מספר את כל הסיפור של למידת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שהתלמיד עושה בעקבות משוב הוא חלק מהציון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הטיפ באתר, מומלץ שהמורה יבצע בעצמו את המשימה לפני שהיא מועברת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עוסק רק בכיתות היסוד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בוט מלווה הוא כלי שנועד לעזור לתלמידים במהלך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ממשיכים בלי __________ - בדיקה קצרה של המורה או של 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מתעד את הדרך ב__________: מה שאל, מה קיבל, מה בדק ומה 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המשימה מתקיימת __________ ושיחה קצרה עם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סולם __________ מגדיר חמש רמות שימוש בבינה מלאכותית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ארגז הכלים באתר כולל 32 __________ לרגעים שונים ביום ההוראה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סולם המגדיר רמות שימוש מותרות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תבנית דיגיטלית שמלווה תלמידים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חלוקת המשימה לשלבים עם נקודות 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שיפור באמצע הדרך שנחשב חלק מהציון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קצרה שבה התלמיד מסביר את בחירותיו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בוט מלווה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יומן תהליך, טיוטות ושיחות עם 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תוצר סופי לבדו אינו מספיק כדי להעריך למידה בעידן ה-AI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שלב אחד של 'נקודת עצירה' למשימה בתחום ההוראה שלכם - מה תבדקו ואיך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רפלקציה אחת שתשאלו תלמיד בסוף משימה, ונמקו מדוע היא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הערכה על תוצר להערכה על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נקודת העצירה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בסולם AIAS בכיתה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 –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